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https://bbholzkonzept.pages.dev/kategorien/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pages.dev/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