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https://bbholzkonzept.pages.dev/holzhaus-sommer-waermeschutz-berlin/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holzhaus-sommer-waermeschutz-ber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