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https://bbholzkonzept.pages.dev/categories/</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pages.dev/categor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