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Holztreppe planen: Steigung, Auftritt und Schrittmaß als Sicherheitsfrage · Arbeitsblatt mit Checkliste</w:t>
      </w:r>
    </w:p>
    <w:p>
      <w:r>
        <w:t>Für die praktische Planung: Wer eine Holztreppe plant, entscheidet nicht nur über ihr Erscheinungsbild, sondern auch über Geometrie, Nutzung und Anschluss an das Gebäude. Die zentrale Frage lautet: Welche Maße müssen vor der Planung geklärt werden, damit Steigung, Auftritt, Laufbreite und Kopfhöhe zusammenpassen? Der folgende Leitfaden strukturiert die wichtigsten Prüfschritte – vom Aufmaß bis zur Abstimmung mit Geländer und Gebäudeteilen. Weitere Grundlagen zur sicheren Treppengeometrie bietet der Beitrag [zur Planung von Steigung und Auftritt](https://bb-holzkonzept.pages.dev/holztreppe-steigung-auftritt-schrittmass-sicherheit/).</w:t>
      </w:r>
    </w:p>
    <w:p>
      <w:pPr>
        <w:pStyle w:val="Heading1"/>
      </w:pPr>
      <w:r>
        <w:t>Mit welchen Angaben beginnt die Treppenplanung?</w:t>
      </w:r>
    </w:p>
    <w:p>
      <w:r>
        <w:t>Ausgangspunkt ist ein belastbares Aufmaß. Dazu gehören die Geschosshöhe, die fertigen Bodenhöhen und die tatsächlich verfügbare Lauflänge. Diese Angaben müssen zusammengeführt werden, bevor ein Treppenentwurf entsteht. Besonders wichtig ist der Ausbau: Wird der Bodenbelag nach dem Aufmaß verändert, können sich die Höhen am Beginn und Ende des Laufs verschieben. Dadurch betrifft eine Änderung nicht nur die sichtbare Oberfläche, sondern auch Steigung, Auftritt und Anschluss. Prüfen Sie deshalb früh, welche Höhen bereits endgültig feststehen und welche konstruktive oder gestalterische Änderungen noch geplant sind.</w:t>
      </w:r>
    </w:p>
    <w:p>
      <w:pPr>
        <w:pStyle w:val="Heading1"/>
      </w:pPr>
      <w:r>
        <w:t>Warum müssen Steigung und Auftritt gemeinsam festgelegt werden?</w:t>
      </w:r>
    </w:p>
    <w:p>
      <w:r>
        <w:t>Steigung und Auftritt wirken als Einheit. Eine größere Steigung verkürzt die nutzbare Trittfläche, während eine sehr geringe Steigung den Lauf verlängert. Beide Größen lassen sich deshalb nicht unabhängig voneinander festlegen. Entscheidend ist ein stimmiges Verhältnis, das zur verfügbaren Geometrie passt. Bei einer geraden Treppe sind Steigung und Auftritt im gesamten Lauf gleich. Bei einer gewendelelten Ausführung verändern sich die Auftrittsbreiten im Kurvenbereich; dadurch steigt der Planungsaufwand. Die konkrete Auswahl sollte daher aus Raum, Treppenform und gewünschter Nutzung abgeleitet werden, statt allein aus einem isolierten Einzelmaß.</w:t>
      </w:r>
    </w:p>
    <w:p>
      <w:pPr>
        <w:pStyle w:val="Heading1"/>
      </w:pPr>
      <w:r>
        <w:t>Welche Raumfragen sind vor der Auswahl der Treppenform zu klären?</w:t>
      </w:r>
    </w:p>
    <w:p>
      <w:r>
        <w:t>Neben der Lauflänge beeinflussen Deckenöffnung, Kopfhöhe und Begegnungsraum die Planung. Im gesamten Lauf muss ausreichend Raum über den Stufen bleiben. Eine zu knappe Kopfhöhe zwingt zum Bücken und kann das Stolperrisiko erhöhen. Auch die Breite hängt von der vorgesehenen Nutzung ab: Werden Gegenstände transportiert oder begegnen sich regelmäßig mehrere Personen, ist ein schmaler Lauf möglicherweise ungeeignet. Hilfreich ist eine Nutzungsbeschreibung vor dem Entwurf. Sie zeigt, ob die Treppe überwiegend frequentiert, mit Möbeln belastet oder in besonderen Situationen genutzt wird. Einen kompakten Überblick bietet der Beitrag [zur Treppengeometrie und ihren Einflussfaktoren](https://bb-holzkonzept.pages.dev/holztreppe-steigung-auftritt-schrittmass-sicherheit/).</w:t>
      </w:r>
    </w:p>
    <w:p>
      <w:pPr>
        <w:pStyle w:val="Heading1"/>
      </w:pPr>
      <w:r>
        <w:t>Wie werden Geländer, Handlauf und Treppenanschluss geplant?</w:t>
      </w:r>
    </w:p>
    <w:p>
      <w:r>
        <w:t>Geländer und Handlauf erfüllen unterschiedliche Aufgaben, müssen aber zur Treppengeometrie passen. Ihre Position, Anschlüsse und die Ausführung von Öffnungen gehören deshalb bereits in die frühe Planung. Ein durchgängig greifbarer Handlauf unterstützt die sichere Nutzung, während das Geländer die Sicherheitsanforderungen im Bereich der Treppe ergänzt. Auch der Übergang zum Gebäude ist Teil des Entwurfs: Die Treppe muss ihre Lasten in geeignete Bauteile einleiten. Starre Verbindungen können dabei Geräusche in angrenzende Wände oder Decken übertragen. Befestigungspunkte, Auflager und Anschlussdetails sollten daher mit dem Treppenentwurf abgestimmt und nicht nachträglich improvisiert werden.</w:t>
      </w:r>
    </w:p>
    <w:p>
      <w:pPr>
        <w:pStyle w:val="Heading1"/>
      </w:pPr>
      <w:r>
        <w:t>Welche Checkliste hilft vor der Freigabe der Planung?</w:t>
      </w:r>
    </w:p>
    <w:p>
      <w:r>
        <w:t>Vor der Freigabe lassen sich die wichtigsten Fragen strukturiert beantworten: Sind Geschosshöhen und fertige Bodenhöhen erfasst? Sind Deckenöffnung, Lauflänge und Kopfhöhe geprüft? Wurde die Treppenform aus Raum und Nutzung abgeleitet? Sind Laufbreite, Steigungsverhältnis und Auftritt gemeinsam festgelegt? Passen Geländer und Handlauf zur Geometrie? Sind Lastabtragung und Anschluss an das Gebäude geklärt? Diese Reihenfolge verhindert, dass eine einzelne ästhetische Festlegung den übrigen Planungszusammenhang überlagert. Sie schafft außerdem eine klare Grundlage für die Abstimmung zwischen Planung, Ausführung und beteiligten Fachbereichen.</w:t>
      </w:r>
    </w:p>
    <w:p>
      <w:pPr>
        <w:pStyle w:val="Heading1"/>
      </w:pPr>
      <w:r>
        <w:t>Weitere Dokumente zum Thema</w:t>
      </w:r>
    </w:p>
    <w:p>
      <w:hyperlink r:id="rId9">
        <w:r>
          <w:rPr>
            <w:color w:val="087E75"/>
          </w:rPr>
          <w:t>Holztreppe planen: Steigung, Auftritt und Schrittmaß als Sicherheitsfrage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pages.dev/holztreppe-steigung-auftritt-schrittmass-sicherheit/" TargetMode="External"/><Relationship Id="rId10" Type="http://schemas.openxmlformats.org/officeDocument/2006/relationships/hyperlink" Target="https://bbholzkonzept.pages.dev/dateien/minimax-f2fc806a952b8ea7a92fc01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